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772400" cy="1070477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47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240" w:h="16860"/>
          <w:pgMar w:top="0" w:right="0" w:bottom="0" w:left="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772400" cy="1070477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47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240" w:h="16860"/>
          <w:pgMar w:top="0" w:right="0" w:bottom="0" w:left="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772400" cy="107047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47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240" w:h="16860"/>
          <w:pgMar w:top="0" w:right="0" w:bottom="0" w:left="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772400" cy="1069848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240" w:h="16860"/>
          <w:pgMar w:top="0" w:right="0" w:bottom="0" w:left="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772400" cy="1069848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68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